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F45C9" w14:textId="77777777" w:rsidR="006E77D1" w:rsidRPr="00146AAD" w:rsidRDefault="00707B0D" w:rsidP="00146AAD">
      <w:pPr>
        <w:pStyle w:val="Nagwek1"/>
        <w:jc w:val="center"/>
        <w:rPr>
          <w:rFonts w:cstheme="majorHAnsi"/>
          <w:color w:val="1F497D" w:themeColor="text2"/>
        </w:rPr>
      </w:pPr>
      <w:r w:rsidRPr="00146AAD">
        <w:rPr>
          <w:rFonts w:cstheme="majorHAnsi"/>
          <w:b w:val="0"/>
          <w:bCs w:val="0"/>
          <w:color w:val="1F497D" w:themeColor="text2"/>
        </w:rPr>
        <w:t>FORMULARZ ZGŁOSZENIOWY</w:t>
      </w:r>
      <w:r w:rsidRPr="00146AAD">
        <w:rPr>
          <w:rFonts w:cstheme="majorHAnsi"/>
          <w:color w:val="1F497D" w:themeColor="text2"/>
        </w:rPr>
        <w:br/>
        <w:t xml:space="preserve">Program </w:t>
      </w:r>
      <w:proofErr w:type="spellStart"/>
      <w:r w:rsidRPr="00146AAD">
        <w:rPr>
          <w:rFonts w:cstheme="majorHAnsi"/>
          <w:color w:val="1F497D" w:themeColor="text2"/>
        </w:rPr>
        <w:t>Stypendialny</w:t>
      </w:r>
      <w:proofErr w:type="spellEnd"/>
      <w:r w:rsidRPr="00146AAD">
        <w:rPr>
          <w:rFonts w:cstheme="majorHAnsi"/>
          <w:color w:val="1F497D" w:themeColor="text2"/>
        </w:rPr>
        <w:t xml:space="preserve"> </w:t>
      </w:r>
      <w:r w:rsidRPr="00146AAD">
        <w:rPr>
          <w:rFonts w:cstheme="majorHAnsi"/>
          <w:color w:val="1F497D" w:themeColor="text2"/>
          <w:sz w:val="36"/>
          <w:szCs w:val="36"/>
        </w:rPr>
        <w:t>ULTRAMOCNI 2026</w:t>
      </w:r>
    </w:p>
    <w:p w14:paraId="335EF96E" w14:textId="77777777" w:rsidR="00146AAD" w:rsidRPr="00146AAD" w:rsidRDefault="00146AAD" w:rsidP="00146AAD">
      <w:pPr>
        <w:rPr>
          <w:color w:val="1F497D" w:themeColor="text2"/>
        </w:rPr>
      </w:pPr>
    </w:p>
    <w:p w14:paraId="76A507E8" w14:textId="34DBAC21" w:rsidR="006E77D1" w:rsidRPr="00146AAD" w:rsidRDefault="00707B0D" w:rsidP="00146AAD">
      <w:pPr>
        <w:pStyle w:val="Akapitzlist"/>
        <w:numPr>
          <w:ilvl w:val="0"/>
          <w:numId w:val="10"/>
        </w:numPr>
        <w:rPr>
          <w:rFonts w:asciiTheme="majorHAnsi" w:hAnsiTheme="majorHAnsi" w:cstheme="majorHAnsi"/>
          <w:color w:val="1F497D" w:themeColor="text2"/>
        </w:rPr>
      </w:pPr>
      <w:r w:rsidRPr="00146AAD">
        <w:rPr>
          <w:rFonts w:asciiTheme="majorHAnsi" w:hAnsiTheme="majorHAnsi" w:cstheme="majorHAnsi"/>
          <w:color w:val="1F497D" w:themeColor="text2"/>
        </w:rPr>
        <w:t xml:space="preserve">Dane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osobowe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>:</w:t>
      </w:r>
    </w:p>
    <w:tbl>
      <w:tblPr>
        <w:tblStyle w:val="Tabela-Siatka"/>
        <w:tblW w:w="8209" w:type="dxa"/>
        <w:tblInd w:w="720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4A0" w:firstRow="1" w:lastRow="0" w:firstColumn="1" w:lastColumn="0" w:noHBand="0" w:noVBand="1"/>
      </w:tblPr>
      <w:tblGrid>
        <w:gridCol w:w="2243"/>
        <w:gridCol w:w="5966"/>
      </w:tblGrid>
      <w:tr w:rsidR="00146AAD" w:rsidRPr="00146AAD" w14:paraId="12354702" w14:textId="77777777" w:rsidTr="00146AAD">
        <w:trPr>
          <w:trHeight w:val="555"/>
        </w:trPr>
        <w:tc>
          <w:tcPr>
            <w:tcW w:w="2243" w:type="dxa"/>
          </w:tcPr>
          <w:p w14:paraId="2BEF42EF" w14:textId="7FE386C6" w:rsidR="00146AAD" w:rsidRPr="00146AAD" w:rsidRDefault="00146AAD" w:rsidP="00146AAD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color w:val="1F497D" w:themeColor="text2"/>
              </w:rPr>
            </w:pPr>
            <w:proofErr w:type="spellStart"/>
            <w:r w:rsidRPr="00146AAD">
              <w:rPr>
                <w:rFonts w:asciiTheme="majorHAnsi" w:hAnsiTheme="majorHAnsi" w:cstheme="majorHAnsi"/>
                <w:color w:val="1F497D" w:themeColor="text2"/>
              </w:rPr>
              <w:t>Imię</w:t>
            </w:r>
            <w:proofErr w:type="spellEnd"/>
            <w:r w:rsidRPr="00146AAD">
              <w:rPr>
                <w:rFonts w:asciiTheme="majorHAnsi" w:hAnsiTheme="majorHAnsi" w:cstheme="majorHAnsi"/>
                <w:color w:val="1F497D" w:themeColor="text2"/>
              </w:rPr>
              <w:t xml:space="preserve"> </w:t>
            </w:r>
            <w:proofErr w:type="spellStart"/>
            <w:r w:rsidRPr="00146AAD">
              <w:rPr>
                <w:rFonts w:asciiTheme="majorHAnsi" w:hAnsiTheme="majorHAnsi" w:cstheme="majorHAnsi"/>
                <w:color w:val="1F497D" w:themeColor="text2"/>
              </w:rPr>
              <w:t>i</w:t>
            </w:r>
            <w:proofErr w:type="spellEnd"/>
            <w:r w:rsidRPr="00146AAD">
              <w:rPr>
                <w:rFonts w:asciiTheme="majorHAnsi" w:hAnsiTheme="majorHAnsi" w:cstheme="majorHAnsi"/>
                <w:color w:val="1F497D" w:themeColor="text2"/>
              </w:rPr>
              <w:t xml:space="preserve"> </w:t>
            </w:r>
            <w:proofErr w:type="spellStart"/>
            <w:r w:rsidRPr="00146AAD">
              <w:rPr>
                <w:rFonts w:asciiTheme="majorHAnsi" w:hAnsiTheme="majorHAnsi" w:cstheme="majorHAnsi"/>
                <w:color w:val="1F497D" w:themeColor="text2"/>
              </w:rPr>
              <w:t>nazwisko</w:t>
            </w:r>
            <w:proofErr w:type="spellEnd"/>
          </w:p>
        </w:tc>
        <w:tc>
          <w:tcPr>
            <w:tcW w:w="5966" w:type="dxa"/>
          </w:tcPr>
          <w:p w14:paraId="14E78DBD" w14:textId="77777777" w:rsidR="00146AAD" w:rsidRPr="00146AAD" w:rsidRDefault="00146AAD" w:rsidP="00146AAD">
            <w:pPr>
              <w:pStyle w:val="Akapitzlist"/>
              <w:ind w:left="0"/>
              <w:rPr>
                <w:rFonts w:asciiTheme="majorHAnsi" w:hAnsiTheme="majorHAnsi" w:cstheme="majorHAnsi"/>
                <w:color w:val="1F497D" w:themeColor="text2"/>
              </w:rPr>
            </w:pPr>
          </w:p>
        </w:tc>
      </w:tr>
      <w:tr w:rsidR="00146AAD" w:rsidRPr="00146AAD" w14:paraId="52B0B493" w14:textId="77777777" w:rsidTr="00146AAD">
        <w:trPr>
          <w:trHeight w:val="555"/>
        </w:trPr>
        <w:tc>
          <w:tcPr>
            <w:tcW w:w="2243" w:type="dxa"/>
          </w:tcPr>
          <w:p w14:paraId="20F1C5CF" w14:textId="08D57483" w:rsidR="00146AAD" w:rsidRPr="00146AAD" w:rsidRDefault="00146AAD" w:rsidP="00146AAD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color w:val="1F497D" w:themeColor="text2"/>
              </w:rPr>
            </w:pPr>
            <w:r w:rsidRPr="00146AAD">
              <w:rPr>
                <w:rFonts w:asciiTheme="majorHAnsi" w:hAnsiTheme="majorHAnsi" w:cstheme="majorHAnsi"/>
                <w:color w:val="1F497D" w:themeColor="text2"/>
              </w:rPr>
              <w:t xml:space="preserve">Data </w:t>
            </w:r>
            <w:proofErr w:type="spellStart"/>
            <w:r w:rsidRPr="00146AAD">
              <w:rPr>
                <w:rFonts w:asciiTheme="majorHAnsi" w:hAnsiTheme="majorHAnsi" w:cstheme="majorHAnsi"/>
                <w:color w:val="1F497D" w:themeColor="text2"/>
              </w:rPr>
              <w:t>urodzenia</w:t>
            </w:r>
            <w:proofErr w:type="spellEnd"/>
          </w:p>
        </w:tc>
        <w:tc>
          <w:tcPr>
            <w:tcW w:w="5966" w:type="dxa"/>
          </w:tcPr>
          <w:p w14:paraId="763E64DF" w14:textId="77777777" w:rsidR="00146AAD" w:rsidRPr="00146AAD" w:rsidRDefault="00146AAD" w:rsidP="00146AAD">
            <w:pPr>
              <w:pStyle w:val="Akapitzlist"/>
              <w:ind w:left="0"/>
              <w:rPr>
                <w:rFonts w:asciiTheme="majorHAnsi" w:hAnsiTheme="majorHAnsi" w:cstheme="majorHAnsi"/>
                <w:color w:val="1F497D" w:themeColor="text2"/>
              </w:rPr>
            </w:pPr>
          </w:p>
        </w:tc>
      </w:tr>
      <w:tr w:rsidR="00146AAD" w:rsidRPr="00146AAD" w14:paraId="514ADCC5" w14:textId="77777777" w:rsidTr="00146AAD">
        <w:trPr>
          <w:trHeight w:val="555"/>
        </w:trPr>
        <w:tc>
          <w:tcPr>
            <w:tcW w:w="2243" w:type="dxa"/>
          </w:tcPr>
          <w:p w14:paraId="600C4517" w14:textId="3BA3753D" w:rsidR="00146AAD" w:rsidRPr="00146AAD" w:rsidRDefault="00146AAD" w:rsidP="00146AAD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color w:val="1F497D" w:themeColor="text2"/>
              </w:rPr>
            </w:pPr>
            <w:r w:rsidRPr="00146AAD">
              <w:rPr>
                <w:rFonts w:asciiTheme="majorHAnsi" w:hAnsiTheme="majorHAnsi" w:cstheme="majorHAnsi"/>
                <w:color w:val="1F497D" w:themeColor="text2"/>
              </w:rPr>
              <w:t>Adres e-mail</w:t>
            </w:r>
          </w:p>
        </w:tc>
        <w:tc>
          <w:tcPr>
            <w:tcW w:w="5966" w:type="dxa"/>
          </w:tcPr>
          <w:p w14:paraId="51C36D74" w14:textId="77777777" w:rsidR="00146AAD" w:rsidRPr="00146AAD" w:rsidRDefault="00146AAD" w:rsidP="00146AAD">
            <w:pPr>
              <w:pStyle w:val="Akapitzlist"/>
              <w:ind w:left="0"/>
              <w:rPr>
                <w:rFonts w:asciiTheme="majorHAnsi" w:hAnsiTheme="majorHAnsi" w:cstheme="majorHAnsi"/>
                <w:color w:val="1F497D" w:themeColor="text2"/>
              </w:rPr>
            </w:pPr>
          </w:p>
        </w:tc>
      </w:tr>
      <w:tr w:rsidR="00146AAD" w:rsidRPr="00146AAD" w14:paraId="08E91198" w14:textId="77777777" w:rsidTr="00146AAD">
        <w:trPr>
          <w:trHeight w:val="523"/>
        </w:trPr>
        <w:tc>
          <w:tcPr>
            <w:tcW w:w="2243" w:type="dxa"/>
          </w:tcPr>
          <w:p w14:paraId="40046568" w14:textId="18DB99AE" w:rsidR="00146AAD" w:rsidRPr="00146AAD" w:rsidRDefault="00146AAD" w:rsidP="00146AAD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color w:val="1F497D" w:themeColor="text2"/>
              </w:rPr>
            </w:pPr>
            <w:proofErr w:type="spellStart"/>
            <w:r w:rsidRPr="00146AAD">
              <w:rPr>
                <w:rFonts w:asciiTheme="majorHAnsi" w:hAnsiTheme="majorHAnsi" w:cstheme="majorHAnsi"/>
                <w:color w:val="1F497D" w:themeColor="text2"/>
              </w:rPr>
              <w:t>Telefon</w:t>
            </w:r>
            <w:proofErr w:type="spellEnd"/>
          </w:p>
        </w:tc>
        <w:tc>
          <w:tcPr>
            <w:tcW w:w="5966" w:type="dxa"/>
          </w:tcPr>
          <w:p w14:paraId="03B31995" w14:textId="77777777" w:rsidR="00146AAD" w:rsidRPr="00146AAD" w:rsidRDefault="00146AAD" w:rsidP="00146AAD">
            <w:pPr>
              <w:pStyle w:val="Akapitzlist"/>
              <w:ind w:left="0"/>
              <w:rPr>
                <w:rFonts w:asciiTheme="majorHAnsi" w:hAnsiTheme="majorHAnsi" w:cstheme="majorHAnsi"/>
                <w:color w:val="1F497D" w:themeColor="text2"/>
              </w:rPr>
            </w:pPr>
          </w:p>
        </w:tc>
      </w:tr>
      <w:tr w:rsidR="00146AAD" w:rsidRPr="00146AAD" w14:paraId="08D25A85" w14:textId="77777777" w:rsidTr="00146AAD">
        <w:trPr>
          <w:trHeight w:val="872"/>
        </w:trPr>
        <w:tc>
          <w:tcPr>
            <w:tcW w:w="2243" w:type="dxa"/>
          </w:tcPr>
          <w:p w14:paraId="23F81DA3" w14:textId="4C1D04DB" w:rsidR="00146AAD" w:rsidRPr="00146AAD" w:rsidRDefault="00146AAD" w:rsidP="00146AAD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color w:val="1F497D" w:themeColor="text2"/>
              </w:rPr>
            </w:pPr>
            <w:proofErr w:type="spellStart"/>
            <w:r w:rsidRPr="00146AAD">
              <w:rPr>
                <w:rFonts w:asciiTheme="majorHAnsi" w:hAnsiTheme="majorHAnsi" w:cstheme="majorHAnsi"/>
                <w:color w:val="1F497D" w:themeColor="text2"/>
              </w:rPr>
              <w:t>Uczelnia</w:t>
            </w:r>
            <w:proofErr w:type="spellEnd"/>
            <w:r w:rsidRPr="00146AAD">
              <w:rPr>
                <w:rFonts w:asciiTheme="majorHAnsi" w:hAnsiTheme="majorHAnsi" w:cstheme="majorHAnsi"/>
                <w:color w:val="1F497D" w:themeColor="text2"/>
              </w:rPr>
              <w:t xml:space="preserve"> / </w:t>
            </w:r>
            <w:proofErr w:type="spellStart"/>
            <w:r w:rsidRPr="00146AAD">
              <w:rPr>
                <w:rFonts w:asciiTheme="majorHAnsi" w:hAnsiTheme="majorHAnsi" w:cstheme="majorHAnsi"/>
                <w:color w:val="1F497D" w:themeColor="text2"/>
              </w:rPr>
              <w:t>miejsce</w:t>
            </w:r>
            <w:proofErr w:type="spellEnd"/>
            <w:r w:rsidRPr="00146AAD">
              <w:rPr>
                <w:rFonts w:asciiTheme="majorHAnsi" w:hAnsiTheme="majorHAnsi" w:cstheme="majorHAnsi"/>
                <w:color w:val="1F497D" w:themeColor="text2"/>
              </w:rPr>
              <w:t xml:space="preserve"> </w:t>
            </w:r>
            <w:proofErr w:type="spellStart"/>
            <w:r w:rsidRPr="00146AAD">
              <w:rPr>
                <w:rFonts w:asciiTheme="majorHAnsi" w:hAnsiTheme="majorHAnsi" w:cstheme="majorHAnsi"/>
                <w:color w:val="1F497D" w:themeColor="text2"/>
              </w:rPr>
              <w:t>pracy</w:t>
            </w:r>
            <w:proofErr w:type="spellEnd"/>
          </w:p>
        </w:tc>
        <w:tc>
          <w:tcPr>
            <w:tcW w:w="5966" w:type="dxa"/>
          </w:tcPr>
          <w:p w14:paraId="0095AB1E" w14:textId="77777777" w:rsidR="00146AAD" w:rsidRPr="00146AAD" w:rsidRDefault="00146AAD" w:rsidP="00146AAD">
            <w:pPr>
              <w:pStyle w:val="Akapitzlist"/>
              <w:ind w:left="0"/>
              <w:rPr>
                <w:rFonts w:asciiTheme="majorHAnsi" w:hAnsiTheme="majorHAnsi" w:cstheme="majorHAnsi"/>
                <w:color w:val="1F497D" w:themeColor="text2"/>
              </w:rPr>
            </w:pPr>
          </w:p>
        </w:tc>
      </w:tr>
      <w:tr w:rsidR="00146AAD" w:rsidRPr="00146AAD" w14:paraId="3819B779" w14:textId="77777777" w:rsidTr="00146AAD">
        <w:trPr>
          <w:trHeight w:val="690"/>
        </w:trPr>
        <w:tc>
          <w:tcPr>
            <w:tcW w:w="2243" w:type="dxa"/>
          </w:tcPr>
          <w:p w14:paraId="049E068C" w14:textId="10502C4A" w:rsidR="00146AAD" w:rsidRPr="00146AAD" w:rsidRDefault="00146AAD" w:rsidP="00146AAD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color w:val="1F497D" w:themeColor="text2"/>
              </w:rPr>
            </w:pPr>
            <w:r w:rsidRPr="00146AAD">
              <w:rPr>
                <w:rFonts w:asciiTheme="majorHAnsi" w:hAnsiTheme="majorHAnsi" w:cstheme="majorHAnsi"/>
                <w:color w:val="1F497D" w:themeColor="text2"/>
              </w:rPr>
              <w:t xml:space="preserve">Rok </w:t>
            </w:r>
            <w:proofErr w:type="spellStart"/>
            <w:r w:rsidRPr="00146AAD">
              <w:rPr>
                <w:rFonts w:asciiTheme="majorHAnsi" w:hAnsiTheme="majorHAnsi" w:cstheme="majorHAnsi"/>
                <w:color w:val="1F497D" w:themeColor="text2"/>
              </w:rPr>
              <w:t>studiów</w:t>
            </w:r>
            <w:proofErr w:type="spellEnd"/>
            <w:r w:rsidRPr="00146AAD">
              <w:rPr>
                <w:rFonts w:asciiTheme="majorHAnsi" w:hAnsiTheme="majorHAnsi" w:cstheme="majorHAnsi"/>
                <w:color w:val="1F497D" w:themeColor="text2"/>
              </w:rPr>
              <w:t xml:space="preserve"> </w:t>
            </w:r>
            <w:r>
              <w:rPr>
                <w:rFonts w:asciiTheme="majorHAnsi" w:hAnsiTheme="majorHAnsi" w:cstheme="majorHAnsi"/>
                <w:color w:val="1F497D" w:themeColor="text2"/>
              </w:rPr>
              <w:br/>
            </w:r>
            <w:r w:rsidRPr="00146AAD">
              <w:rPr>
                <w:rFonts w:asciiTheme="majorHAnsi" w:hAnsiTheme="majorHAnsi" w:cstheme="majorHAnsi"/>
                <w:color w:val="1F497D" w:themeColor="text2"/>
              </w:rPr>
              <w:t xml:space="preserve">/ status </w:t>
            </w:r>
            <w:proofErr w:type="spellStart"/>
            <w:r w:rsidRPr="00146AAD">
              <w:rPr>
                <w:rFonts w:asciiTheme="majorHAnsi" w:hAnsiTheme="majorHAnsi" w:cstheme="majorHAnsi"/>
                <w:color w:val="1F497D" w:themeColor="text2"/>
              </w:rPr>
              <w:t>zawodowy</w:t>
            </w:r>
            <w:proofErr w:type="spellEnd"/>
          </w:p>
        </w:tc>
        <w:tc>
          <w:tcPr>
            <w:tcW w:w="5966" w:type="dxa"/>
          </w:tcPr>
          <w:p w14:paraId="3D6DCB36" w14:textId="77777777" w:rsidR="00146AAD" w:rsidRPr="00146AAD" w:rsidRDefault="00146AAD" w:rsidP="00146AAD">
            <w:pPr>
              <w:pStyle w:val="Akapitzlist"/>
              <w:ind w:left="0"/>
              <w:rPr>
                <w:rFonts w:asciiTheme="majorHAnsi" w:hAnsiTheme="majorHAnsi" w:cstheme="majorHAnsi"/>
                <w:color w:val="1F497D" w:themeColor="text2"/>
              </w:rPr>
            </w:pPr>
          </w:p>
        </w:tc>
      </w:tr>
    </w:tbl>
    <w:p w14:paraId="0DED5BF5" w14:textId="77777777" w:rsidR="006E77D1" w:rsidRPr="00146AAD" w:rsidRDefault="006E77D1">
      <w:pPr>
        <w:rPr>
          <w:rFonts w:asciiTheme="majorHAnsi" w:hAnsiTheme="majorHAnsi" w:cstheme="majorHAnsi"/>
          <w:color w:val="1F497D" w:themeColor="text2"/>
        </w:rPr>
      </w:pPr>
    </w:p>
    <w:p w14:paraId="65ED7D26" w14:textId="77777777" w:rsidR="006E77D1" w:rsidRPr="00146AAD" w:rsidRDefault="00707B0D">
      <w:pPr>
        <w:rPr>
          <w:rFonts w:asciiTheme="majorHAnsi" w:hAnsiTheme="majorHAnsi" w:cstheme="majorHAnsi"/>
          <w:color w:val="1F497D" w:themeColor="text2"/>
        </w:rPr>
      </w:pPr>
      <w:r w:rsidRPr="00146AAD">
        <w:rPr>
          <w:rFonts w:asciiTheme="majorHAnsi" w:hAnsiTheme="majorHAnsi" w:cstheme="majorHAnsi"/>
          <w:color w:val="1F497D" w:themeColor="text2"/>
        </w:rPr>
        <w:t xml:space="preserve">2.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Doświadczenie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w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zakresie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ultrasonografii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>:</w:t>
      </w:r>
    </w:p>
    <w:tbl>
      <w:tblPr>
        <w:tblStyle w:val="Tabela-Siatka"/>
        <w:tblW w:w="8222" w:type="dxa"/>
        <w:tblInd w:w="675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4A0" w:firstRow="1" w:lastRow="0" w:firstColumn="1" w:lastColumn="0" w:noHBand="0" w:noVBand="1"/>
      </w:tblPr>
      <w:tblGrid>
        <w:gridCol w:w="8222"/>
      </w:tblGrid>
      <w:tr w:rsidR="00146AAD" w14:paraId="37BAFCA3" w14:textId="77777777" w:rsidTr="00146AAD">
        <w:trPr>
          <w:trHeight w:val="2936"/>
        </w:trPr>
        <w:tc>
          <w:tcPr>
            <w:tcW w:w="8222" w:type="dxa"/>
          </w:tcPr>
          <w:p w14:paraId="7766A453" w14:textId="77777777" w:rsidR="00146AAD" w:rsidRDefault="00146AAD">
            <w:pPr>
              <w:rPr>
                <w:rFonts w:asciiTheme="majorHAnsi" w:hAnsiTheme="majorHAnsi" w:cstheme="majorHAnsi"/>
                <w:color w:val="1F497D" w:themeColor="text2"/>
              </w:rPr>
            </w:pPr>
          </w:p>
        </w:tc>
      </w:tr>
    </w:tbl>
    <w:p w14:paraId="55380217" w14:textId="77777777" w:rsidR="006E77D1" w:rsidRPr="00146AAD" w:rsidRDefault="006E77D1">
      <w:pPr>
        <w:rPr>
          <w:rFonts w:asciiTheme="majorHAnsi" w:hAnsiTheme="majorHAnsi" w:cstheme="majorHAnsi"/>
          <w:color w:val="1F497D" w:themeColor="text2"/>
        </w:rPr>
      </w:pPr>
    </w:p>
    <w:p w14:paraId="60B50CF0" w14:textId="798C2B9C" w:rsidR="006E77D1" w:rsidRPr="00146AAD" w:rsidRDefault="00707B0D">
      <w:pPr>
        <w:rPr>
          <w:rFonts w:asciiTheme="majorHAnsi" w:hAnsiTheme="majorHAnsi" w:cstheme="majorHAnsi"/>
          <w:color w:val="1F497D" w:themeColor="text2"/>
        </w:rPr>
      </w:pPr>
      <w:r w:rsidRPr="00146AAD">
        <w:rPr>
          <w:rFonts w:asciiTheme="majorHAnsi" w:hAnsiTheme="majorHAnsi" w:cstheme="majorHAnsi"/>
          <w:color w:val="1F497D" w:themeColor="text2"/>
        </w:rPr>
        <w:t xml:space="preserve">3.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Materiał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motywacyjny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(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załącznik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do e-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maila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>)</w:t>
      </w:r>
      <w:r w:rsidR="009A69F9">
        <w:rPr>
          <w:rFonts w:asciiTheme="majorHAnsi" w:hAnsiTheme="majorHAnsi" w:cstheme="majorHAnsi"/>
          <w:color w:val="1F497D" w:themeColor="text2"/>
        </w:rPr>
        <w:t xml:space="preserve">. </w:t>
      </w:r>
      <w:proofErr w:type="spellStart"/>
      <w:r w:rsidR="009A69F9">
        <w:rPr>
          <w:rFonts w:asciiTheme="majorHAnsi" w:hAnsiTheme="majorHAnsi" w:cstheme="majorHAnsi"/>
          <w:color w:val="1F497D" w:themeColor="text2"/>
        </w:rPr>
        <w:t>Wybierz</w:t>
      </w:r>
      <w:proofErr w:type="spellEnd"/>
      <w:r w:rsidR="009A69F9">
        <w:rPr>
          <w:rFonts w:asciiTheme="majorHAnsi" w:hAnsiTheme="majorHAnsi" w:cstheme="majorHAnsi"/>
          <w:color w:val="1F497D" w:themeColor="text2"/>
        </w:rPr>
        <w:t xml:space="preserve"> I </w:t>
      </w:r>
      <w:proofErr w:type="spellStart"/>
      <w:r w:rsidR="009A69F9">
        <w:rPr>
          <w:rFonts w:asciiTheme="majorHAnsi" w:hAnsiTheme="majorHAnsi" w:cstheme="majorHAnsi"/>
          <w:color w:val="1F497D" w:themeColor="text2"/>
        </w:rPr>
        <w:t>zaznacz</w:t>
      </w:r>
      <w:proofErr w:type="spellEnd"/>
      <w:r w:rsidR="009A69F9">
        <w:rPr>
          <w:rFonts w:asciiTheme="majorHAnsi" w:hAnsiTheme="majorHAnsi" w:cstheme="majorHAnsi"/>
          <w:color w:val="1F497D" w:themeColor="text2"/>
        </w:rPr>
        <w:t xml:space="preserve"> </w:t>
      </w:r>
      <w:proofErr w:type="spellStart"/>
      <w:r w:rsidR="009A69F9">
        <w:rPr>
          <w:rFonts w:asciiTheme="majorHAnsi" w:hAnsiTheme="majorHAnsi" w:cstheme="majorHAnsi"/>
          <w:color w:val="1F497D" w:themeColor="text2"/>
        </w:rPr>
        <w:t>jedną</w:t>
      </w:r>
      <w:proofErr w:type="spellEnd"/>
      <w:r w:rsidR="009A69F9">
        <w:rPr>
          <w:rFonts w:asciiTheme="majorHAnsi" w:hAnsiTheme="majorHAnsi" w:cstheme="majorHAnsi"/>
          <w:color w:val="1F497D" w:themeColor="text2"/>
        </w:rPr>
        <w:t xml:space="preserve"> </w:t>
      </w:r>
      <w:proofErr w:type="spellStart"/>
      <w:r w:rsidR="009A69F9">
        <w:rPr>
          <w:rFonts w:asciiTheme="majorHAnsi" w:hAnsiTheme="majorHAnsi" w:cstheme="majorHAnsi"/>
          <w:color w:val="1F497D" w:themeColor="text2"/>
        </w:rPr>
        <w:t>odpowiedź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>:</w:t>
      </w:r>
    </w:p>
    <w:p w14:paraId="1CBE3233" w14:textId="77777777" w:rsidR="006E77D1" w:rsidRPr="00146AAD" w:rsidRDefault="00707B0D">
      <w:pPr>
        <w:rPr>
          <w:rFonts w:asciiTheme="majorHAnsi" w:hAnsiTheme="majorHAnsi" w:cstheme="majorHAnsi"/>
          <w:color w:val="1F497D" w:themeColor="text2"/>
        </w:rPr>
      </w:pPr>
      <w:r w:rsidRPr="00146AAD">
        <w:rPr>
          <w:rFonts w:asciiTheme="majorHAnsi" w:hAnsiTheme="majorHAnsi" w:cstheme="majorHAnsi"/>
          <w:color w:val="1F497D" w:themeColor="text2"/>
        </w:rPr>
        <w:t xml:space="preserve">   - </w:t>
      </w:r>
      <w:r w:rsidRPr="00146AAD">
        <w:rPr>
          <w:rFonts w:ascii="Segoe UI Symbol" w:hAnsi="Segoe UI Symbol" w:cs="Segoe UI Symbol"/>
          <w:color w:val="1F497D" w:themeColor="text2"/>
        </w:rPr>
        <w:t>☐</w:t>
      </w:r>
      <w:r w:rsidRPr="00146AAD">
        <w:rPr>
          <w:rFonts w:asciiTheme="majorHAnsi" w:hAnsiTheme="majorHAnsi" w:cstheme="majorHAnsi"/>
          <w:color w:val="1F497D" w:themeColor="text2"/>
        </w:rPr>
        <w:t xml:space="preserve"> Film (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maks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. 2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minuty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) </w:t>
      </w:r>
      <w:r w:rsidRPr="00146AAD">
        <w:rPr>
          <w:rFonts w:ascii="Calibri" w:hAnsi="Calibri" w:cs="Calibri"/>
          <w:color w:val="1F497D" w:themeColor="text2"/>
        </w:rPr>
        <w:t>–</w:t>
      </w:r>
      <w:r w:rsidRPr="00146AAD">
        <w:rPr>
          <w:rFonts w:asciiTheme="majorHAnsi" w:hAnsiTheme="majorHAnsi" w:cstheme="majorHAnsi"/>
          <w:color w:val="1F497D" w:themeColor="text2"/>
        </w:rPr>
        <w:t xml:space="preserve">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preferowany</w:t>
      </w:r>
      <w:proofErr w:type="spellEnd"/>
    </w:p>
    <w:p w14:paraId="47988E4B" w14:textId="77777777" w:rsidR="006E77D1" w:rsidRPr="00146AAD" w:rsidRDefault="00707B0D">
      <w:pPr>
        <w:rPr>
          <w:rFonts w:asciiTheme="majorHAnsi" w:hAnsiTheme="majorHAnsi" w:cstheme="majorHAnsi"/>
          <w:color w:val="1F497D" w:themeColor="text2"/>
        </w:rPr>
      </w:pPr>
      <w:r w:rsidRPr="00146AAD">
        <w:rPr>
          <w:rFonts w:asciiTheme="majorHAnsi" w:hAnsiTheme="majorHAnsi" w:cstheme="majorHAnsi"/>
          <w:color w:val="1F497D" w:themeColor="text2"/>
        </w:rPr>
        <w:t xml:space="preserve">   - </w:t>
      </w:r>
      <w:r w:rsidRPr="00146AAD">
        <w:rPr>
          <w:rFonts w:ascii="Segoe UI Symbol" w:hAnsi="Segoe UI Symbol" w:cs="Segoe UI Symbol"/>
          <w:color w:val="1F497D" w:themeColor="text2"/>
        </w:rPr>
        <w:t>☐</w:t>
      </w:r>
      <w:r w:rsidRPr="00146AAD">
        <w:rPr>
          <w:rFonts w:asciiTheme="majorHAnsi" w:hAnsiTheme="majorHAnsi" w:cstheme="majorHAnsi"/>
          <w:color w:val="1F497D" w:themeColor="text2"/>
        </w:rPr>
        <w:t xml:space="preserve">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Opis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motywacji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(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maks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. 1000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znak</w:t>
      </w:r>
      <w:r w:rsidRPr="00146AAD">
        <w:rPr>
          <w:rFonts w:ascii="Calibri" w:hAnsi="Calibri" w:cs="Calibri"/>
          <w:color w:val="1F497D" w:themeColor="text2"/>
        </w:rPr>
        <w:t>ó</w:t>
      </w:r>
      <w:r w:rsidRPr="00146AAD">
        <w:rPr>
          <w:rFonts w:asciiTheme="majorHAnsi" w:hAnsiTheme="majorHAnsi" w:cstheme="majorHAnsi"/>
          <w:color w:val="1F497D" w:themeColor="text2"/>
        </w:rPr>
        <w:t>w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>)</w:t>
      </w:r>
    </w:p>
    <w:p w14:paraId="093E3094" w14:textId="77777777" w:rsidR="00146AAD" w:rsidRDefault="00146AAD">
      <w:pPr>
        <w:rPr>
          <w:rFonts w:asciiTheme="majorHAnsi" w:hAnsiTheme="majorHAnsi" w:cstheme="majorHAnsi"/>
          <w:color w:val="1F497D" w:themeColor="text2"/>
        </w:rPr>
      </w:pPr>
    </w:p>
    <w:p w14:paraId="20BBDA11" w14:textId="77777777" w:rsidR="00146AAD" w:rsidRDefault="00146AAD">
      <w:pPr>
        <w:rPr>
          <w:rFonts w:asciiTheme="majorHAnsi" w:hAnsiTheme="majorHAnsi" w:cstheme="majorHAnsi"/>
          <w:color w:val="1F497D" w:themeColor="text2"/>
        </w:rPr>
      </w:pPr>
    </w:p>
    <w:p w14:paraId="4D6832BA" w14:textId="65034774" w:rsidR="006E77D1" w:rsidRPr="00146AAD" w:rsidRDefault="00707B0D">
      <w:pPr>
        <w:rPr>
          <w:rFonts w:asciiTheme="majorHAnsi" w:hAnsiTheme="majorHAnsi" w:cstheme="majorHAnsi"/>
          <w:color w:val="1F497D" w:themeColor="text2"/>
        </w:rPr>
      </w:pPr>
      <w:r w:rsidRPr="00146AAD">
        <w:rPr>
          <w:rFonts w:asciiTheme="majorHAnsi" w:hAnsiTheme="majorHAnsi" w:cstheme="majorHAnsi"/>
          <w:color w:val="1F497D" w:themeColor="text2"/>
        </w:rPr>
        <w:t xml:space="preserve">4.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Załączniki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opcjonalne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>:</w:t>
      </w:r>
    </w:p>
    <w:p w14:paraId="07CED109" w14:textId="2474A6BB" w:rsidR="006E77D1" w:rsidRPr="00146AAD" w:rsidRDefault="00707B0D">
      <w:pPr>
        <w:rPr>
          <w:rFonts w:asciiTheme="majorHAnsi" w:hAnsiTheme="majorHAnsi" w:cstheme="majorHAnsi"/>
          <w:color w:val="1F497D" w:themeColor="text2"/>
        </w:rPr>
      </w:pPr>
      <w:r w:rsidRPr="00146AAD">
        <w:rPr>
          <w:rFonts w:asciiTheme="majorHAnsi" w:hAnsiTheme="majorHAnsi" w:cstheme="majorHAnsi"/>
          <w:color w:val="1F497D" w:themeColor="text2"/>
        </w:rPr>
        <w:t xml:space="preserve">   - </w:t>
      </w:r>
      <w:r w:rsidRPr="00146AAD">
        <w:rPr>
          <w:rFonts w:ascii="Segoe UI Symbol" w:hAnsi="Segoe UI Symbol" w:cs="Segoe UI Symbol"/>
          <w:color w:val="1F497D" w:themeColor="text2"/>
        </w:rPr>
        <w:t>☐</w:t>
      </w:r>
      <w:r w:rsidRPr="00146AAD">
        <w:rPr>
          <w:rFonts w:asciiTheme="majorHAnsi" w:hAnsiTheme="majorHAnsi" w:cstheme="majorHAnsi"/>
          <w:color w:val="1F497D" w:themeColor="text2"/>
        </w:rPr>
        <w:t xml:space="preserve">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potwierdzenia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udzia</w:t>
      </w:r>
      <w:r w:rsidRPr="00146AAD">
        <w:rPr>
          <w:rFonts w:ascii="Calibri" w:hAnsi="Calibri" w:cs="Calibri"/>
          <w:color w:val="1F497D" w:themeColor="text2"/>
        </w:rPr>
        <w:t>ł</w:t>
      </w:r>
      <w:r w:rsidRPr="00146AAD">
        <w:rPr>
          <w:rFonts w:asciiTheme="majorHAnsi" w:hAnsiTheme="majorHAnsi" w:cstheme="majorHAnsi"/>
          <w:color w:val="1F497D" w:themeColor="text2"/>
        </w:rPr>
        <w:t>u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w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kursach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/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wydarzeniach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/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publikacjach</w:t>
      </w:r>
      <w:proofErr w:type="spellEnd"/>
    </w:p>
    <w:p w14:paraId="2435E897" w14:textId="77777777" w:rsidR="006E77D1" w:rsidRPr="00146AAD" w:rsidRDefault="00707B0D">
      <w:pPr>
        <w:rPr>
          <w:rFonts w:asciiTheme="majorHAnsi" w:hAnsiTheme="majorHAnsi" w:cstheme="majorHAnsi"/>
          <w:color w:val="1F497D" w:themeColor="text2"/>
        </w:rPr>
      </w:pPr>
      <w:r w:rsidRPr="00146AAD">
        <w:rPr>
          <w:rFonts w:asciiTheme="majorHAnsi" w:hAnsiTheme="majorHAnsi" w:cstheme="majorHAnsi"/>
          <w:color w:val="1F497D" w:themeColor="text2"/>
        </w:rPr>
        <w:t xml:space="preserve">5.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Oświadczenia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i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 xml:space="preserve"> </w:t>
      </w:r>
      <w:proofErr w:type="spellStart"/>
      <w:r w:rsidRPr="00146AAD">
        <w:rPr>
          <w:rFonts w:asciiTheme="majorHAnsi" w:hAnsiTheme="majorHAnsi" w:cstheme="majorHAnsi"/>
          <w:color w:val="1F497D" w:themeColor="text2"/>
        </w:rPr>
        <w:t>zgody</w:t>
      </w:r>
      <w:proofErr w:type="spellEnd"/>
      <w:r w:rsidRPr="00146AAD">
        <w:rPr>
          <w:rFonts w:asciiTheme="majorHAnsi" w:hAnsiTheme="majorHAnsi" w:cstheme="majorHAnsi"/>
          <w:color w:val="1F497D" w:themeColor="text2"/>
        </w:rPr>
        <w:t>:</w:t>
      </w:r>
    </w:p>
    <w:p w14:paraId="0855E89A" w14:textId="77777777" w:rsidR="009A096C" w:rsidRPr="009A096C" w:rsidRDefault="009A096C" w:rsidP="009A096C">
      <w:pPr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="Segoe UI Symbol" w:hAnsi="Segoe UI Symbol" w:cs="Segoe UI Symbol"/>
          <w:color w:val="1F497D" w:themeColor="text2"/>
          <w:lang w:val="pl-PL"/>
        </w:rPr>
        <w:t>☐</w:t>
      </w: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 Oświadczam, że podane przeze mnie dane są prawdziwe i aktualne.</w:t>
      </w:r>
    </w:p>
    <w:p w14:paraId="62C91BA2" w14:textId="77777777" w:rsidR="009A096C" w:rsidRPr="009A096C" w:rsidRDefault="009A096C" w:rsidP="009A096C">
      <w:pPr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="Segoe UI Symbol" w:hAnsi="Segoe UI Symbol" w:cs="Segoe UI Symbol"/>
          <w:color w:val="1F497D" w:themeColor="text2"/>
          <w:lang w:val="pl-PL"/>
        </w:rPr>
        <w:t>☐</w:t>
      </w: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 Zapoznałem(-</w:t>
      </w:r>
      <w:proofErr w:type="spellStart"/>
      <w:r w:rsidRPr="009A096C">
        <w:rPr>
          <w:rFonts w:asciiTheme="majorHAnsi" w:hAnsiTheme="majorHAnsi" w:cstheme="majorHAnsi"/>
          <w:color w:val="1F497D" w:themeColor="text2"/>
          <w:lang w:val="pl-PL"/>
        </w:rPr>
        <w:t>am</w:t>
      </w:r>
      <w:proofErr w:type="spellEnd"/>
      <w:r w:rsidRPr="009A096C">
        <w:rPr>
          <w:rFonts w:asciiTheme="majorHAnsi" w:hAnsiTheme="majorHAnsi" w:cstheme="majorHAnsi"/>
          <w:color w:val="1F497D" w:themeColor="text2"/>
          <w:lang w:val="pl-PL"/>
        </w:rPr>
        <w:t>) się z treścią Regulaminu Programu Stypendialnego „ULTRAMOCNI 2026” oraz z Informacją o przetwarzaniu danych osobowych (RODO).</w:t>
      </w:r>
    </w:p>
    <w:p w14:paraId="5835FED3" w14:textId="77777777" w:rsidR="009A096C" w:rsidRPr="009A096C" w:rsidRDefault="009A096C" w:rsidP="009A096C">
      <w:pPr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="Segoe UI Symbol" w:hAnsi="Segoe UI Symbol" w:cs="Segoe UI Symbol"/>
          <w:color w:val="1F497D" w:themeColor="text2"/>
          <w:lang w:val="pl-PL"/>
        </w:rPr>
        <w:t>☐</w:t>
      </w: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 Wyrażam zgodę na przetwarzanie moich danych osobowych przez Fundację Mocni na Starcie w celu przeprowadzenia rekrutacji i realizacji Programu Stypendialnego „ULTRAMOCNI 2026”.</w:t>
      </w:r>
    </w:p>
    <w:p w14:paraId="2A7DD0DA" w14:textId="77777777" w:rsidR="009A096C" w:rsidRPr="009A096C" w:rsidRDefault="009A096C" w:rsidP="009A096C">
      <w:pPr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="Segoe UI Symbol" w:hAnsi="Segoe UI Symbol" w:cs="Segoe UI Symbol"/>
          <w:color w:val="1F497D" w:themeColor="text2"/>
          <w:lang w:val="pl-PL"/>
        </w:rPr>
        <w:t>☐</w:t>
      </w: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 Wyrażam zgodę na kontakt mailowy i telefoniczny w sprawach związanych wyłącznie z realizacją Programu Stypendialnego „ULTRAMOCNI 2026”.</w:t>
      </w:r>
    </w:p>
    <w:p w14:paraId="37C1F9C3" w14:textId="4436D6B1" w:rsidR="009A096C" w:rsidRPr="009A096C" w:rsidRDefault="009A096C" w:rsidP="009A096C">
      <w:pPr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="Segoe UI Symbol" w:hAnsi="Segoe UI Symbol" w:cs="Segoe UI Symbol"/>
          <w:color w:val="1F497D" w:themeColor="text2"/>
          <w:lang w:val="pl-PL"/>
        </w:rPr>
        <w:t>☐</w:t>
      </w: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 Wyrażam zgodę na nieodpłatne wykorzystanie mojego wizerunku utrwalonego w materiale filmowym, zgodnie z zasadami określonymi w Regulaminie Programu oraz Informacji RODO.</w:t>
      </w:r>
    </w:p>
    <w:p w14:paraId="504F35B4" w14:textId="77777777" w:rsidR="009A096C" w:rsidRPr="009A096C" w:rsidRDefault="009A096C" w:rsidP="009A096C">
      <w:pPr>
        <w:rPr>
          <w:rFonts w:asciiTheme="majorHAnsi" w:hAnsiTheme="majorHAnsi" w:cstheme="majorHAnsi"/>
          <w:b/>
          <w:bCs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</w:rPr>
        <w:t xml:space="preserve">6. </w:t>
      </w: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Informacja o przetwarzaniu danych osobowych (RODO)</w:t>
      </w:r>
    </w:p>
    <w:p w14:paraId="2B65CD92" w14:textId="77777777" w:rsidR="009A096C" w:rsidRDefault="009A096C" w:rsidP="009A096C">
      <w:pPr>
        <w:numPr>
          <w:ilvl w:val="0"/>
          <w:numId w:val="11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Administrator danych</w:t>
      </w:r>
    </w:p>
    <w:p w14:paraId="09CC2518" w14:textId="5A55DF56" w:rsidR="009A096C" w:rsidRPr="009A096C" w:rsidRDefault="009A096C" w:rsidP="009A096C">
      <w:pPr>
        <w:spacing w:after="0"/>
        <w:ind w:left="72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Administratorem danych osobowych jest </w:t>
      </w: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Fundacja Mocni na Starcie</w:t>
      </w: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 z siedzibą w Lesznie (64-100), al. Krasińskiego 20a, wpisana do Krajowego Rejestru Sądowego pod numerem KRS 0000832899.</w:t>
      </w:r>
    </w:p>
    <w:p w14:paraId="5D66DF7F" w14:textId="77777777" w:rsidR="009A096C" w:rsidRDefault="009A096C" w:rsidP="009A096C">
      <w:pPr>
        <w:numPr>
          <w:ilvl w:val="0"/>
          <w:numId w:val="11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Kontakt z administratorem</w:t>
      </w:r>
    </w:p>
    <w:p w14:paraId="77B7B001" w14:textId="1AF25300" w:rsidR="009A096C" w:rsidRPr="009A096C" w:rsidRDefault="009A096C" w:rsidP="009A096C">
      <w:pPr>
        <w:spacing w:after="0"/>
        <w:ind w:left="72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W sprawach związanych z ochroną danych osobowych można kontaktować się:</w:t>
      </w:r>
    </w:p>
    <w:p w14:paraId="5CE80F99" w14:textId="77777777" w:rsidR="009A096C" w:rsidRPr="009A096C" w:rsidRDefault="009A096C" w:rsidP="009A096C">
      <w:pPr>
        <w:pStyle w:val="Akapitzlist"/>
        <w:numPr>
          <w:ilvl w:val="0"/>
          <w:numId w:val="22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e-mail: </w:t>
      </w: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biuro@mocninastarcie.pl</w:t>
      </w:r>
    </w:p>
    <w:p w14:paraId="4DAB3686" w14:textId="77777777" w:rsidR="009A096C" w:rsidRPr="009A096C" w:rsidRDefault="009A096C" w:rsidP="009A096C">
      <w:pPr>
        <w:pStyle w:val="Akapitzlist"/>
        <w:numPr>
          <w:ilvl w:val="0"/>
          <w:numId w:val="22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pisemnie na adres siedziby Fundacji.</w:t>
      </w:r>
    </w:p>
    <w:p w14:paraId="233934E1" w14:textId="77777777" w:rsidR="009A096C" w:rsidRDefault="009A096C" w:rsidP="009A096C">
      <w:pPr>
        <w:numPr>
          <w:ilvl w:val="0"/>
          <w:numId w:val="13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Cele przetwarzania danych</w:t>
      </w:r>
    </w:p>
    <w:p w14:paraId="38D0E10E" w14:textId="77777777" w:rsidR="009A096C" w:rsidRDefault="009A096C" w:rsidP="009A096C">
      <w:pPr>
        <w:spacing w:after="0"/>
        <w:ind w:left="72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Dane osobowe będą przetwarzane w celu:</w:t>
      </w:r>
    </w:p>
    <w:p w14:paraId="04959F3E" w14:textId="77777777" w:rsidR="009A096C" w:rsidRDefault="009A096C" w:rsidP="009A096C">
      <w:pPr>
        <w:pStyle w:val="Akapitzlist"/>
        <w:numPr>
          <w:ilvl w:val="0"/>
          <w:numId w:val="27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przeprowadzenia rekrutacji do Programu Stypendialnego „ULTRAMOCNI 2026”,</w:t>
      </w:r>
    </w:p>
    <w:p w14:paraId="42547D01" w14:textId="77777777" w:rsidR="009A096C" w:rsidRDefault="009A096C" w:rsidP="009A096C">
      <w:pPr>
        <w:pStyle w:val="Akapitzlist"/>
        <w:numPr>
          <w:ilvl w:val="0"/>
          <w:numId w:val="27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oceny zgłoszeń i wyboru stypendystów,</w:t>
      </w:r>
    </w:p>
    <w:p w14:paraId="4AFEC3E2" w14:textId="77777777" w:rsidR="009A096C" w:rsidRDefault="009A096C" w:rsidP="009A096C">
      <w:pPr>
        <w:pStyle w:val="Akapitzlist"/>
        <w:numPr>
          <w:ilvl w:val="0"/>
          <w:numId w:val="27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realizacji Programu, w tym zawarcia i wykonania umowy stypendialnej,</w:t>
      </w:r>
    </w:p>
    <w:p w14:paraId="2107E930" w14:textId="77777777" w:rsidR="009A096C" w:rsidRDefault="009A096C" w:rsidP="009A096C">
      <w:pPr>
        <w:pStyle w:val="Akapitzlist"/>
        <w:numPr>
          <w:ilvl w:val="0"/>
          <w:numId w:val="27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kontaktu z uczestnikami Programu,</w:t>
      </w:r>
    </w:p>
    <w:p w14:paraId="7C31E52E" w14:textId="77777777" w:rsidR="009A096C" w:rsidRDefault="009A096C" w:rsidP="009A096C">
      <w:pPr>
        <w:pStyle w:val="Akapitzlist"/>
        <w:numPr>
          <w:ilvl w:val="0"/>
          <w:numId w:val="27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realizacji obowiązków księgowych i podatkowych Fundacji,</w:t>
      </w:r>
    </w:p>
    <w:p w14:paraId="3C5799A2" w14:textId="2494D165" w:rsidR="009A096C" w:rsidRPr="009A096C" w:rsidRDefault="009A096C" w:rsidP="009A096C">
      <w:pPr>
        <w:pStyle w:val="Akapitzlist"/>
        <w:numPr>
          <w:ilvl w:val="0"/>
          <w:numId w:val="27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działań promocyjnych Programu –</w:t>
      </w: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 </w:t>
      </w:r>
      <w:r w:rsidRPr="009A096C">
        <w:rPr>
          <w:rFonts w:asciiTheme="majorHAnsi" w:hAnsiTheme="majorHAnsi" w:cstheme="majorHAnsi"/>
          <w:color w:val="1F497D" w:themeColor="text2"/>
          <w:lang w:val="pl-PL"/>
        </w:rPr>
        <w:t>w przypadku udzielenia odrębnej zgody (dotyczy wizerunku / filmu).</w:t>
      </w:r>
    </w:p>
    <w:p w14:paraId="417EBA2E" w14:textId="77777777" w:rsidR="009A096C" w:rsidRDefault="009A096C" w:rsidP="009A096C">
      <w:pPr>
        <w:numPr>
          <w:ilvl w:val="0"/>
          <w:numId w:val="13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lastRenderedPageBreak/>
        <w:t>Podstawa prawna przetwarzania</w:t>
      </w:r>
    </w:p>
    <w:p w14:paraId="07ADA55C" w14:textId="1188A06A" w:rsidR="009A096C" w:rsidRPr="009A096C" w:rsidRDefault="009A096C" w:rsidP="009A096C">
      <w:pPr>
        <w:spacing w:after="0"/>
        <w:ind w:left="72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Podstawą prawną przetwarzania danych jest:</w:t>
      </w:r>
    </w:p>
    <w:p w14:paraId="2BAD752B" w14:textId="77777777" w:rsidR="009A096C" w:rsidRPr="009A096C" w:rsidRDefault="009A096C" w:rsidP="009A096C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art. 6 ust. 1 lit. </w:t>
      </w: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b</w:t>
      </w: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 RODO – przetwarzanie niezbędne do podjęcia działań przed zawarciem umowy i jej realizacji,</w:t>
      </w:r>
    </w:p>
    <w:p w14:paraId="3874B5AF" w14:textId="77777777" w:rsidR="009A096C" w:rsidRPr="009A096C" w:rsidRDefault="009A096C" w:rsidP="009A096C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art. 6 ust. 1 lit. </w:t>
      </w: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c</w:t>
      </w: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 RODO – wypełnienie obowiązków prawnych ciążących na administratorze,</w:t>
      </w:r>
    </w:p>
    <w:p w14:paraId="706AC3DA" w14:textId="77777777" w:rsidR="009A096C" w:rsidRPr="009A096C" w:rsidRDefault="009A096C" w:rsidP="009A096C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art. 6 ust. 1 lit. </w:t>
      </w: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a</w:t>
      </w:r>
      <w:r w:rsidRPr="009A096C">
        <w:rPr>
          <w:rFonts w:asciiTheme="majorHAnsi" w:hAnsiTheme="majorHAnsi" w:cstheme="majorHAnsi"/>
          <w:color w:val="1F497D" w:themeColor="text2"/>
          <w:lang w:val="pl-PL"/>
        </w:rPr>
        <w:t xml:space="preserve"> RODO – zgoda osoby, której dane dotyczą (w zakresie kontaktu i wykorzystania wizerunku).</w:t>
      </w:r>
    </w:p>
    <w:p w14:paraId="4F172035" w14:textId="77777777" w:rsidR="009A096C" w:rsidRDefault="009A096C" w:rsidP="009A096C">
      <w:pPr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Odbiorcy danych</w:t>
      </w:r>
    </w:p>
    <w:p w14:paraId="4AE874C3" w14:textId="04E48D8D" w:rsidR="009A096C" w:rsidRPr="009A096C" w:rsidRDefault="009A096C" w:rsidP="009A096C">
      <w:pPr>
        <w:spacing w:after="0" w:line="240" w:lineRule="auto"/>
        <w:ind w:left="72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Dane osobowe mogą być przekazywane:</w:t>
      </w:r>
    </w:p>
    <w:p w14:paraId="52D42C57" w14:textId="77777777" w:rsidR="009A096C" w:rsidRPr="009A096C" w:rsidRDefault="009A096C" w:rsidP="009A096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podmiotom świadczącym na rzecz Fundacji usługi księgowe, informatyczne lub prawne,</w:t>
      </w:r>
    </w:p>
    <w:p w14:paraId="30B5D4BB" w14:textId="77777777" w:rsidR="009A096C" w:rsidRPr="009A096C" w:rsidRDefault="009A096C" w:rsidP="009A096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partnerom Programu – wyłącznie w zakresie niezbędnym do realizacji stypendium,</w:t>
      </w:r>
    </w:p>
    <w:p w14:paraId="4AAEDC94" w14:textId="77777777" w:rsidR="009A096C" w:rsidRPr="009A096C" w:rsidRDefault="009A096C" w:rsidP="009A096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organom publicznym, jeśli wynika to z obowiązku prawnego.</w:t>
      </w:r>
    </w:p>
    <w:p w14:paraId="1CF2A587" w14:textId="77777777" w:rsidR="009A096C" w:rsidRDefault="009A096C" w:rsidP="009A096C">
      <w:pPr>
        <w:numPr>
          <w:ilvl w:val="0"/>
          <w:numId w:val="17"/>
        </w:numPr>
        <w:tabs>
          <w:tab w:val="clear" w:pos="720"/>
          <w:tab w:val="num" w:pos="993"/>
        </w:tabs>
        <w:spacing w:after="0" w:line="240" w:lineRule="auto"/>
        <w:ind w:left="851" w:hanging="425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Okres przechowywania danych</w:t>
      </w:r>
    </w:p>
    <w:p w14:paraId="31510105" w14:textId="5FAD7872" w:rsidR="009A096C" w:rsidRPr="009A096C" w:rsidRDefault="009A096C" w:rsidP="009A096C">
      <w:pPr>
        <w:spacing w:after="0" w:line="240" w:lineRule="auto"/>
        <w:ind w:left="851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Dane osobowe będą przechowywane:</w:t>
      </w:r>
    </w:p>
    <w:p w14:paraId="24B588FD" w14:textId="77777777" w:rsidR="009A096C" w:rsidRDefault="009A096C" w:rsidP="009A096C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w przypadku kandydatów, którzy nie uzyskali stypendium – do zakończenia edycji Programu „ULTRAMOCNI 2026”, a następnie przez okres maksymalnie 6 miesięcy,</w:t>
      </w:r>
    </w:p>
    <w:p w14:paraId="351E4B01" w14:textId="34045173" w:rsidR="009A096C" w:rsidRPr="009A096C" w:rsidRDefault="009A096C" w:rsidP="009A096C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w przypadku stypendystów – przez okres realizacji Programu oraz po jego zakończeniu przez czas wymagany przepisami prawa (w szczególności podatkowymi i rachunkowymi).</w:t>
      </w:r>
    </w:p>
    <w:p w14:paraId="6DD11407" w14:textId="77777777" w:rsidR="009A096C" w:rsidRDefault="009A096C" w:rsidP="009A096C">
      <w:pPr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Prawa osoby, której dane dotyczą</w:t>
      </w:r>
    </w:p>
    <w:p w14:paraId="663029EC" w14:textId="6D3A3A07" w:rsidR="009A096C" w:rsidRPr="009A096C" w:rsidRDefault="009A096C" w:rsidP="009A096C">
      <w:pPr>
        <w:spacing w:after="0" w:line="240" w:lineRule="auto"/>
        <w:ind w:left="72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Osobie, której dane dotyczą, przysługuje prawo:</w:t>
      </w:r>
    </w:p>
    <w:p w14:paraId="60C5244A" w14:textId="77777777" w:rsidR="009A096C" w:rsidRPr="009A096C" w:rsidRDefault="009A096C" w:rsidP="009A096C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dostępu do danych,</w:t>
      </w:r>
    </w:p>
    <w:p w14:paraId="060E17C2" w14:textId="77777777" w:rsidR="009A096C" w:rsidRPr="009A096C" w:rsidRDefault="009A096C" w:rsidP="009A096C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ich sprostowania,</w:t>
      </w:r>
    </w:p>
    <w:p w14:paraId="65B21E07" w14:textId="77777777" w:rsidR="009A096C" w:rsidRPr="009A096C" w:rsidRDefault="009A096C" w:rsidP="009A096C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usunięcia danych lub ograniczenia przetwarzania,</w:t>
      </w:r>
    </w:p>
    <w:p w14:paraId="7D36E75A" w14:textId="77777777" w:rsidR="009A096C" w:rsidRPr="009A096C" w:rsidRDefault="009A096C" w:rsidP="009A096C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przenoszenia danych,</w:t>
      </w:r>
    </w:p>
    <w:p w14:paraId="3E566EB7" w14:textId="77777777" w:rsidR="009A096C" w:rsidRPr="009A096C" w:rsidRDefault="009A096C" w:rsidP="009A096C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wniesienia sprzeciwu wobec przetwarzania danych,</w:t>
      </w:r>
    </w:p>
    <w:p w14:paraId="14E2489C" w14:textId="77777777" w:rsidR="009A096C" w:rsidRPr="009A096C" w:rsidRDefault="009A096C" w:rsidP="009A096C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cofnięcia zgody w dowolnym momencie (bez wpływu na zgodność z prawem przetwarzania dokonanego przed jej cofnięciem),</w:t>
      </w:r>
    </w:p>
    <w:p w14:paraId="48085240" w14:textId="77777777" w:rsidR="009A096C" w:rsidRPr="009A096C" w:rsidRDefault="009A096C" w:rsidP="009A096C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wniesienia skargi do Prezesa Urzędu Ochrony Danych Osobowych.</w:t>
      </w:r>
    </w:p>
    <w:p w14:paraId="762F69AF" w14:textId="77777777" w:rsidR="009A096C" w:rsidRDefault="009A096C" w:rsidP="009A096C">
      <w:pPr>
        <w:numPr>
          <w:ilvl w:val="0"/>
          <w:numId w:val="21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Dobrowolność podania danych</w:t>
      </w:r>
    </w:p>
    <w:p w14:paraId="02484954" w14:textId="011AA4C2" w:rsidR="009A096C" w:rsidRPr="009A096C" w:rsidRDefault="009A096C" w:rsidP="009A096C">
      <w:pPr>
        <w:numPr>
          <w:ilvl w:val="0"/>
          <w:numId w:val="21"/>
        </w:numPr>
        <w:spacing w:after="0"/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color w:val="1F497D" w:themeColor="text2"/>
          <w:lang w:val="pl-PL"/>
        </w:rPr>
        <w:t>Podanie danych osobowych jest dobrowolne, jednak niezbędne do udziału w Programie Stypendialnym.</w:t>
      </w:r>
    </w:p>
    <w:p w14:paraId="2A31DA75" w14:textId="77777777" w:rsidR="009A096C" w:rsidRPr="009A096C" w:rsidRDefault="009A096C" w:rsidP="009A096C">
      <w:pPr>
        <w:numPr>
          <w:ilvl w:val="0"/>
          <w:numId w:val="21"/>
        </w:numPr>
        <w:jc w:val="both"/>
        <w:rPr>
          <w:rFonts w:asciiTheme="majorHAnsi" w:hAnsiTheme="majorHAnsi" w:cstheme="majorHAnsi"/>
          <w:color w:val="1F497D" w:themeColor="text2"/>
          <w:lang w:val="pl-PL"/>
        </w:rPr>
      </w:pPr>
      <w:r w:rsidRPr="009A096C">
        <w:rPr>
          <w:rFonts w:asciiTheme="majorHAnsi" w:hAnsiTheme="majorHAnsi" w:cstheme="majorHAnsi"/>
          <w:b/>
          <w:bCs/>
          <w:color w:val="1F497D" w:themeColor="text2"/>
          <w:lang w:val="pl-PL"/>
        </w:rPr>
        <w:t>Profilowanie</w:t>
      </w:r>
      <w:r w:rsidRPr="009A096C">
        <w:rPr>
          <w:rFonts w:asciiTheme="majorHAnsi" w:hAnsiTheme="majorHAnsi" w:cstheme="majorHAnsi"/>
          <w:color w:val="1F497D" w:themeColor="text2"/>
          <w:lang w:val="pl-PL"/>
        </w:rPr>
        <w:br/>
        <w:t>Dane osobowe nie są przetwarzane w sposób zautomatyzowany ani nie podlegają profilowaniu w rozumieniu art. 22 RODO.</w:t>
      </w:r>
    </w:p>
    <w:p w14:paraId="43934393" w14:textId="55968429" w:rsidR="00146AAD" w:rsidRDefault="00146AAD" w:rsidP="009A096C">
      <w:pPr>
        <w:jc w:val="both"/>
        <w:rPr>
          <w:rFonts w:asciiTheme="majorHAnsi" w:hAnsiTheme="majorHAnsi" w:cstheme="majorHAnsi"/>
          <w:color w:val="1F497D" w:themeColor="text2"/>
        </w:rPr>
      </w:pPr>
    </w:p>
    <w:p w14:paraId="3E2F80A0" w14:textId="77777777" w:rsidR="00146AAD" w:rsidRDefault="00146AAD" w:rsidP="009A096C">
      <w:pPr>
        <w:jc w:val="both"/>
        <w:rPr>
          <w:rFonts w:asciiTheme="majorHAnsi" w:hAnsiTheme="majorHAnsi" w:cstheme="majorHAnsi"/>
          <w:color w:val="1F497D" w:themeColor="text2"/>
        </w:rPr>
      </w:pPr>
    </w:p>
    <w:p w14:paraId="51151A68" w14:textId="7C5FDB58" w:rsidR="00146AAD" w:rsidRDefault="00146AAD" w:rsidP="00146AAD">
      <w:pPr>
        <w:ind w:left="5760"/>
        <w:rPr>
          <w:rFonts w:asciiTheme="majorHAnsi" w:hAnsiTheme="majorHAnsi" w:cstheme="majorHAnsi"/>
          <w:color w:val="1F497D" w:themeColor="text2"/>
        </w:rPr>
      </w:pPr>
      <w:r>
        <w:rPr>
          <w:rFonts w:asciiTheme="majorHAnsi" w:hAnsiTheme="majorHAnsi" w:cstheme="majorHAnsi"/>
          <w:color w:val="1F497D" w:themeColor="text2"/>
        </w:rPr>
        <w:t>…………………………………….</w:t>
      </w:r>
    </w:p>
    <w:p w14:paraId="655BB56E" w14:textId="046EC864" w:rsidR="00146AAD" w:rsidRPr="00146AAD" w:rsidRDefault="00146AAD" w:rsidP="00146AAD">
      <w:pPr>
        <w:ind w:left="5760"/>
        <w:rPr>
          <w:rFonts w:asciiTheme="majorHAnsi" w:hAnsiTheme="majorHAnsi" w:cstheme="majorHAnsi"/>
          <w:color w:val="1F497D" w:themeColor="text2"/>
        </w:rPr>
      </w:pPr>
      <w:r>
        <w:rPr>
          <w:rFonts w:asciiTheme="majorHAnsi" w:hAnsiTheme="majorHAnsi" w:cstheme="majorHAnsi"/>
          <w:color w:val="1F497D" w:themeColor="text2"/>
        </w:rPr>
        <w:lastRenderedPageBreak/>
        <w:t xml:space="preserve"> Data </w:t>
      </w:r>
      <w:proofErr w:type="spellStart"/>
      <w:r>
        <w:rPr>
          <w:rFonts w:asciiTheme="majorHAnsi" w:hAnsiTheme="majorHAnsi" w:cstheme="majorHAnsi"/>
          <w:color w:val="1F497D" w:themeColor="text2"/>
        </w:rPr>
        <w:t>i</w:t>
      </w:r>
      <w:proofErr w:type="spellEnd"/>
      <w:r>
        <w:rPr>
          <w:rFonts w:asciiTheme="majorHAnsi" w:hAnsiTheme="majorHAnsi" w:cstheme="majorHAnsi"/>
          <w:color w:val="1F497D" w:themeColor="text2"/>
        </w:rPr>
        <w:t xml:space="preserve"> czytelny podpis</w:t>
      </w:r>
    </w:p>
    <w:sectPr w:rsidR="00146AAD" w:rsidRPr="00146AAD" w:rsidSect="00146AAD">
      <w:footerReference w:type="default" r:id="rId8"/>
      <w:pgSz w:w="12240" w:h="15840"/>
      <w:pgMar w:top="851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38EE0" w14:textId="77777777" w:rsidR="00356076" w:rsidRDefault="00356076" w:rsidP="00146AAD">
      <w:pPr>
        <w:spacing w:after="0" w:line="240" w:lineRule="auto"/>
      </w:pPr>
      <w:r>
        <w:separator/>
      </w:r>
    </w:p>
  </w:endnote>
  <w:endnote w:type="continuationSeparator" w:id="0">
    <w:p w14:paraId="72D20F4F" w14:textId="77777777" w:rsidR="00356076" w:rsidRDefault="00356076" w:rsidP="00146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27A54" w14:textId="436C3396" w:rsidR="00146AAD" w:rsidRDefault="00146AAD" w:rsidP="00146AAD">
    <w:pPr>
      <w:pStyle w:val="Stopka"/>
      <w:jc w:val="right"/>
    </w:pPr>
    <w:r>
      <w:rPr>
        <w:noProof/>
      </w:rPr>
      <w:drawing>
        <wp:inline distT="0" distB="0" distL="0" distR="0" wp14:anchorId="2903DF27" wp14:editId="5ECBB13B">
          <wp:extent cx="2123434" cy="1171575"/>
          <wp:effectExtent l="0" t="0" r="0" b="0"/>
          <wp:docPr id="124617258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6172586" name="Obraz 12461725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6591" cy="120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67BF3" w14:textId="77777777" w:rsidR="00356076" w:rsidRDefault="00356076" w:rsidP="00146AAD">
      <w:pPr>
        <w:spacing w:after="0" w:line="240" w:lineRule="auto"/>
      </w:pPr>
      <w:r>
        <w:separator/>
      </w:r>
    </w:p>
  </w:footnote>
  <w:footnote w:type="continuationSeparator" w:id="0">
    <w:p w14:paraId="0A7E80D0" w14:textId="77777777" w:rsidR="00356076" w:rsidRDefault="00356076" w:rsidP="00146A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445E02"/>
    <w:multiLevelType w:val="hybridMultilevel"/>
    <w:tmpl w:val="8C66A7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3C540F7"/>
    <w:multiLevelType w:val="multilevel"/>
    <w:tmpl w:val="011CEE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6BD3586"/>
    <w:multiLevelType w:val="hybridMultilevel"/>
    <w:tmpl w:val="4D3E91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23D51AE"/>
    <w:multiLevelType w:val="multilevel"/>
    <w:tmpl w:val="95E4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0241EE"/>
    <w:multiLevelType w:val="multilevel"/>
    <w:tmpl w:val="0366D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1A49C2"/>
    <w:multiLevelType w:val="hybridMultilevel"/>
    <w:tmpl w:val="B7583E2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BCB0002"/>
    <w:multiLevelType w:val="multilevel"/>
    <w:tmpl w:val="101ED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8434C2"/>
    <w:multiLevelType w:val="multilevel"/>
    <w:tmpl w:val="870C48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E10A1E"/>
    <w:multiLevelType w:val="multilevel"/>
    <w:tmpl w:val="C72ED2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CB5F29"/>
    <w:multiLevelType w:val="hybridMultilevel"/>
    <w:tmpl w:val="FDF8D6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13A4A4F"/>
    <w:multiLevelType w:val="multilevel"/>
    <w:tmpl w:val="0822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6E3EA2"/>
    <w:multiLevelType w:val="multilevel"/>
    <w:tmpl w:val="1D3A9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0A03D2"/>
    <w:multiLevelType w:val="multilevel"/>
    <w:tmpl w:val="65E213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CF05AA"/>
    <w:multiLevelType w:val="hybridMultilevel"/>
    <w:tmpl w:val="FCC0EBE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F521669"/>
    <w:multiLevelType w:val="multilevel"/>
    <w:tmpl w:val="D018B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DB715F"/>
    <w:multiLevelType w:val="multilevel"/>
    <w:tmpl w:val="24507E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B940CF"/>
    <w:multiLevelType w:val="hybridMultilevel"/>
    <w:tmpl w:val="2AB49BB2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0930A5E"/>
    <w:multiLevelType w:val="hybridMultilevel"/>
    <w:tmpl w:val="B46C1D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1038236">
    <w:abstractNumId w:val="8"/>
  </w:num>
  <w:num w:numId="2" w16cid:durableId="1810393324">
    <w:abstractNumId w:val="6"/>
  </w:num>
  <w:num w:numId="3" w16cid:durableId="1001928290">
    <w:abstractNumId w:val="5"/>
  </w:num>
  <w:num w:numId="4" w16cid:durableId="965548681">
    <w:abstractNumId w:val="4"/>
  </w:num>
  <w:num w:numId="5" w16cid:durableId="1163664766">
    <w:abstractNumId w:val="7"/>
  </w:num>
  <w:num w:numId="6" w16cid:durableId="876308994">
    <w:abstractNumId w:val="3"/>
  </w:num>
  <w:num w:numId="7" w16cid:durableId="272515955">
    <w:abstractNumId w:val="2"/>
  </w:num>
  <w:num w:numId="8" w16cid:durableId="957564374">
    <w:abstractNumId w:val="1"/>
  </w:num>
  <w:num w:numId="9" w16cid:durableId="1355226789">
    <w:abstractNumId w:val="0"/>
  </w:num>
  <w:num w:numId="10" w16cid:durableId="270669406">
    <w:abstractNumId w:val="26"/>
  </w:num>
  <w:num w:numId="11" w16cid:durableId="500968417">
    <w:abstractNumId w:val="23"/>
  </w:num>
  <w:num w:numId="12" w16cid:durableId="619608518">
    <w:abstractNumId w:val="13"/>
  </w:num>
  <w:num w:numId="13" w16cid:durableId="590236711">
    <w:abstractNumId w:val="24"/>
  </w:num>
  <w:num w:numId="14" w16cid:durableId="1492986933">
    <w:abstractNumId w:val="19"/>
  </w:num>
  <w:num w:numId="15" w16cid:durableId="1317490063">
    <w:abstractNumId w:val="17"/>
  </w:num>
  <w:num w:numId="16" w16cid:durableId="1703096409">
    <w:abstractNumId w:val="15"/>
  </w:num>
  <w:num w:numId="17" w16cid:durableId="1048140882">
    <w:abstractNumId w:val="10"/>
  </w:num>
  <w:num w:numId="18" w16cid:durableId="147788344">
    <w:abstractNumId w:val="12"/>
  </w:num>
  <w:num w:numId="19" w16cid:durableId="936865610">
    <w:abstractNumId w:val="16"/>
  </w:num>
  <w:num w:numId="20" w16cid:durableId="548224498">
    <w:abstractNumId w:val="20"/>
  </w:num>
  <w:num w:numId="21" w16cid:durableId="269511617">
    <w:abstractNumId w:val="21"/>
  </w:num>
  <w:num w:numId="22" w16cid:durableId="1350136385">
    <w:abstractNumId w:val="9"/>
  </w:num>
  <w:num w:numId="23" w16cid:durableId="1542009643">
    <w:abstractNumId w:val="18"/>
  </w:num>
  <w:num w:numId="24" w16cid:durableId="50736456">
    <w:abstractNumId w:val="22"/>
  </w:num>
  <w:num w:numId="25" w16cid:durableId="2080128433">
    <w:abstractNumId w:val="25"/>
  </w:num>
  <w:num w:numId="26" w16cid:durableId="1740445617">
    <w:abstractNumId w:val="11"/>
  </w:num>
  <w:num w:numId="27" w16cid:durableId="16475903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46AAD"/>
    <w:rsid w:val="0015074B"/>
    <w:rsid w:val="0029639D"/>
    <w:rsid w:val="00326F90"/>
    <w:rsid w:val="00356076"/>
    <w:rsid w:val="00480126"/>
    <w:rsid w:val="006E77D1"/>
    <w:rsid w:val="00707B0D"/>
    <w:rsid w:val="00964804"/>
    <w:rsid w:val="009A096C"/>
    <w:rsid w:val="009A69F9"/>
    <w:rsid w:val="009B7264"/>
    <w:rsid w:val="00AA1D8D"/>
    <w:rsid w:val="00B47730"/>
    <w:rsid w:val="00CB0664"/>
    <w:rsid w:val="00DA0D07"/>
    <w:rsid w:val="00F55B4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062061"/>
  <w14:defaultImageDpi w14:val="300"/>
  <w15:docId w15:val="{7308C590-D00E-49DF-B669-BA6370034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Sylwia Curzytek</cp:lastModifiedBy>
  <cp:revision>2</cp:revision>
  <cp:lastPrinted>2025-12-01T08:41:00Z</cp:lastPrinted>
  <dcterms:created xsi:type="dcterms:W3CDTF">2025-12-31T08:58:00Z</dcterms:created>
  <dcterms:modified xsi:type="dcterms:W3CDTF">2025-12-31T08:58:00Z</dcterms:modified>
  <cp:category/>
</cp:coreProperties>
</file>